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 w:eastAsia="Arial"/>
          <w:b/>
          <w:color w:val="1F4158"/>
          <w:sz w:val="28"/>
          <w:highlight w:val="yellow"/>
        </w:rPr>
        <w:t>[PRÉNOM NOM]</w:t>
      </w:r>
    </w:p>
    <w:p>
      <w:pPr>
        <w:spacing w:after="0"/>
      </w:pPr>
      <w:r>
        <w:rPr>
          <w:rFonts w:ascii="Arial" w:hAnsi="Arial" w:eastAsia="Arial"/>
          <w:b w:val="0"/>
          <w:sz w:val="22"/>
          <w:highlight w:val="yellow"/>
        </w:rPr>
        <w:t>[Ville, Province/Pays]</w:t>
      </w:r>
      <w:r>
        <w:rPr>
          <w:rFonts w:ascii="Arial" w:hAnsi="Arial" w:eastAsia="Arial"/>
          <w:b w:val="0"/>
          <w:sz w:val="22"/>
        </w:rPr>
        <w:t xml:space="preserve"> | </w:t>
      </w:r>
      <w:r>
        <w:rPr>
          <w:rFonts w:ascii="Arial" w:hAnsi="Arial" w:eastAsia="Arial"/>
          <w:b w:val="0"/>
          <w:sz w:val="22"/>
          <w:highlight w:val="yellow"/>
        </w:rPr>
        <w:t>[Téléphone]</w:t>
      </w:r>
      <w:r>
        <w:rPr>
          <w:rFonts w:ascii="Arial" w:hAnsi="Arial" w:eastAsia="Arial"/>
          <w:b w:val="0"/>
          <w:sz w:val="22"/>
        </w:rPr>
        <w:t xml:space="preserve"> | </w:t>
      </w:r>
      <w:r>
        <w:rPr>
          <w:rFonts w:ascii="Arial" w:hAnsi="Arial" w:eastAsia="Arial"/>
          <w:b w:val="0"/>
          <w:sz w:val="22"/>
          <w:highlight w:val="yellow"/>
        </w:rPr>
        <w:t>[Courriel]</w:t>
      </w:r>
    </w:p>
    <w:p>
      <w:pPr>
        <w:spacing w:after="0"/>
      </w:pPr>
      <w:r>
        <w:rPr>
          <w:rFonts w:ascii="Arial" w:hAnsi="Arial" w:eastAsia="Arial"/>
          <w:b w:val="0"/>
          <w:sz w:val="22"/>
          <w:highlight w:val="yellow"/>
        </w:rPr>
        <w:t>[LinkedIn (facultatif)]</w:t>
      </w:r>
    </w:p>
    <w:p>
      <w:pPr>
        <w:spacing w:after="0"/>
      </w:pPr>
      <w:r>
        <w:rPr>
          <w:rFonts w:ascii="Arial" w:hAnsi="Arial" w:eastAsia="Arial"/>
          <w:b w:val="0"/>
          <w:sz w:val="22"/>
          <w:highlight w:val="yellow"/>
        </w:rPr>
        <w:t>[Date (jour mois année)]</w:t>
      </w:r>
    </w:p>
    <w:p>
      <w:pPr>
        <w:spacing w:after="0"/>
      </w:pPr>
      <w:r>
        <w:rPr>
          <w:rFonts w:ascii="Arial" w:hAnsi="Arial" w:eastAsia="Arial"/>
          <w:b w:val="0"/>
          <w:sz w:val="22"/>
          <w:highlight w:val="yellow"/>
        </w:rPr>
        <w:t>[Prénom Nom du/de la destinataire]</w:t>
      </w:r>
    </w:p>
    <w:p>
      <w:pPr>
        <w:spacing w:after="0"/>
      </w:pPr>
      <w:r>
        <w:rPr>
          <w:rFonts w:ascii="Arial" w:hAnsi="Arial" w:eastAsia="Arial"/>
          <w:b w:val="0"/>
          <w:sz w:val="22"/>
          <w:highlight w:val="yellow"/>
        </w:rPr>
        <w:t>[Titre du/de la destinataire]</w:t>
      </w:r>
    </w:p>
    <w:p>
      <w:pPr>
        <w:spacing w:after="0"/>
      </w:pPr>
      <w:r>
        <w:rPr>
          <w:rFonts w:ascii="Arial" w:hAnsi="Arial" w:eastAsia="Arial"/>
          <w:b w:val="0"/>
          <w:sz w:val="22"/>
          <w:highlight w:val="yellow"/>
        </w:rPr>
        <w:t>[Nom de l’entreprise]</w:t>
      </w:r>
    </w:p>
    <w:p>
      <w:pPr>
        <w:spacing w:after="0"/>
      </w:pPr>
      <w:r>
        <w:rPr>
          <w:rFonts w:ascii="Arial" w:hAnsi="Arial" w:eastAsia="Arial"/>
          <w:b w:val="0"/>
          <w:sz w:val="22"/>
          <w:highlight w:val="yellow"/>
        </w:rPr>
        <w:t>[Ville, province]</w:t>
      </w:r>
    </w:p>
    <w:p>
      <w:pPr>
        <w:spacing w:after="0"/>
      </w:pPr>
      <w:r>
        <w:rPr>
          <w:rFonts w:ascii="Arial" w:hAnsi="Arial" w:eastAsia="Arial"/>
          <w:b w:val="0"/>
          <w:sz w:val="22"/>
          <w:highlight w:val="yellow"/>
        </w:rPr>
        <w:t>[Objet : Candidature – Poste – Réf. numéro]</w:t>
      </w:r>
    </w:p>
    <w:p>
      <w:pPr>
        <w:spacing w:before="120" w:after="100"/>
      </w:pPr>
      <w:r>
        <w:rPr>
          <w:rFonts w:ascii="Arial" w:hAnsi="Arial" w:eastAsia="Arial"/>
          <w:b w:val="0"/>
          <w:sz w:val="22"/>
        </w:rPr>
        <w:t xml:space="preserve">Madame, Monsieur </w:t>
      </w:r>
      <w:r>
        <w:rPr>
          <w:rFonts w:ascii="Arial" w:hAnsi="Arial" w:eastAsia="Arial"/>
          <w:b w:val="0"/>
          <w:sz w:val="22"/>
          <w:highlight w:val="yellow"/>
        </w:rPr>
        <w:t>[Nom]</w:t>
      </w:r>
      <w:r>
        <w:rPr>
          <w:rFonts w:ascii="Arial" w:hAnsi="Arial" w:eastAsia="Arial"/>
          <w:b w:val="0"/>
          <w:sz w:val="22"/>
        </w:rPr>
        <w:t>,</w:t>
      </w:r>
    </w:p>
    <w:p>
      <w:pPr>
        <w:spacing w:after="100" w:line="240" w:lineRule="auto"/>
      </w:pPr>
      <w:r>
        <w:rPr>
          <w:rFonts w:ascii="Arial" w:hAnsi="Arial" w:eastAsia="Arial"/>
          <w:b w:val="0"/>
          <w:sz w:val="22"/>
        </w:rPr>
        <w:t xml:space="preserve">Je vous présente ma candidature au poste de </w:t>
      </w:r>
      <w:r>
        <w:rPr>
          <w:rFonts w:ascii="Arial" w:hAnsi="Arial" w:eastAsia="Arial"/>
          <w:b w:val="0"/>
          <w:sz w:val="22"/>
          <w:highlight w:val="yellow"/>
        </w:rPr>
        <w:t>[poste]</w:t>
      </w:r>
      <w:r>
        <w:rPr>
          <w:rFonts w:ascii="Arial" w:hAnsi="Arial" w:eastAsia="Arial"/>
          <w:b w:val="0"/>
          <w:sz w:val="22"/>
        </w:rPr>
        <w:t xml:space="preserve"> au sein de </w:t>
      </w:r>
      <w:r>
        <w:rPr>
          <w:rFonts w:ascii="Arial" w:hAnsi="Arial" w:eastAsia="Arial"/>
          <w:b w:val="0"/>
          <w:sz w:val="22"/>
          <w:highlight w:val="yellow"/>
        </w:rPr>
        <w:t>[entreprise]</w:t>
      </w:r>
      <w:r>
        <w:rPr>
          <w:rFonts w:ascii="Arial" w:hAnsi="Arial" w:eastAsia="Arial"/>
          <w:b w:val="0"/>
          <w:sz w:val="22"/>
        </w:rPr>
        <w:t xml:space="preserve">, annoncé sur </w:t>
      </w:r>
      <w:r>
        <w:rPr>
          <w:rFonts w:ascii="Arial" w:hAnsi="Arial" w:eastAsia="Arial"/>
          <w:b w:val="0"/>
          <w:sz w:val="22"/>
          <w:highlight w:val="yellow"/>
        </w:rPr>
        <w:t>[source de l’offre]</w:t>
      </w:r>
      <w:r>
        <w:rPr>
          <w:rFonts w:ascii="Arial" w:hAnsi="Arial" w:eastAsia="Arial"/>
          <w:b w:val="0"/>
          <w:sz w:val="22"/>
        </w:rPr>
        <w:t xml:space="preserve">. Comptable et adjoint(e) administratif(ve) avec </w:t>
      </w:r>
      <w:r>
        <w:rPr>
          <w:rFonts w:ascii="Arial" w:hAnsi="Arial" w:eastAsia="Arial"/>
          <w:b w:val="0"/>
          <w:sz w:val="22"/>
          <w:highlight w:val="yellow"/>
        </w:rPr>
        <w:t>[X]</w:t>
      </w:r>
      <w:r>
        <w:rPr>
          <w:rFonts w:ascii="Arial" w:hAnsi="Arial" w:eastAsia="Arial"/>
          <w:b w:val="0"/>
          <w:sz w:val="22"/>
        </w:rPr>
        <w:t xml:space="preserve"> années d’expérience, je peux apporter une combinaison de rigueur, de service et de maîtrise de </w:t>
      </w:r>
      <w:r>
        <w:rPr>
          <w:rFonts w:ascii="Arial" w:hAnsi="Arial" w:eastAsia="Arial"/>
          <w:b w:val="0"/>
          <w:sz w:val="22"/>
          <w:highlight w:val="yellow"/>
        </w:rPr>
        <w:t>[outil/compétence directement lié(e) au poste]</w:t>
      </w:r>
      <w:r>
        <w:rPr>
          <w:rFonts w:ascii="Arial" w:hAnsi="Arial" w:eastAsia="Arial"/>
          <w:b w:val="0"/>
          <w:sz w:val="22"/>
        </w:rPr>
        <w:t>. Mon expérience m’a appris à traiter des dossiers avec précision tout en respectant les échéances et la confidentialité.</w:t>
      </w:r>
    </w:p>
    <w:p>
      <w:pPr>
        <w:spacing w:after="100" w:line="240" w:lineRule="auto"/>
      </w:pPr>
      <w:r>
        <w:rPr>
          <w:rFonts w:ascii="Arial" w:hAnsi="Arial" w:eastAsia="Arial"/>
          <w:b w:val="0"/>
          <w:sz w:val="22"/>
        </w:rPr>
        <w:t xml:space="preserve">Dans mon poste chez </w:t>
      </w:r>
      <w:r>
        <w:rPr>
          <w:rFonts w:ascii="Arial" w:hAnsi="Arial" w:eastAsia="Arial"/>
          <w:b w:val="0"/>
          <w:sz w:val="22"/>
          <w:highlight w:val="yellow"/>
        </w:rPr>
        <w:t>[employeur]</w:t>
      </w:r>
      <w:r>
        <w:rPr>
          <w:rFonts w:ascii="Arial" w:hAnsi="Arial" w:eastAsia="Arial"/>
          <w:b w:val="0"/>
          <w:sz w:val="22"/>
        </w:rPr>
        <w:t xml:space="preserve">, j’ai </w:t>
      </w:r>
      <w:r>
        <w:rPr>
          <w:rFonts w:ascii="Arial" w:hAnsi="Arial" w:eastAsia="Arial"/>
          <w:b w:val="0"/>
          <w:sz w:val="22"/>
          <w:highlight w:val="yellow"/>
        </w:rPr>
        <w:t>[réalisation quantifiée liée à la première exigence de l’offre]</w:t>
      </w:r>
      <w:r>
        <w:rPr>
          <w:rFonts w:ascii="Arial" w:hAnsi="Arial" w:eastAsia="Arial"/>
          <w:b w:val="0"/>
          <w:sz w:val="22"/>
        </w:rPr>
        <w:t xml:space="preserve">, ce qui a </w:t>
      </w:r>
      <w:r>
        <w:rPr>
          <w:rFonts w:ascii="Arial" w:hAnsi="Arial" w:eastAsia="Arial"/>
          <w:b w:val="0"/>
          <w:sz w:val="22"/>
          <w:highlight w:val="yellow"/>
        </w:rPr>
        <w:t>[résultat mesurable]</w:t>
      </w:r>
      <w:r>
        <w:rPr>
          <w:rFonts w:ascii="Arial" w:hAnsi="Arial" w:eastAsia="Arial"/>
          <w:b w:val="0"/>
          <w:sz w:val="22"/>
        </w:rPr>
        <w:t xml:space="preserve">. J’ai également </w:t>
      </w:r>
      <w:r>
        <w:rPr>
          <w:rFonts w:ascii="Arial" w:hAnsi="Arial" w:eastAsia="Arial"/>
          <w:b w:val="0"/>
          <w:sz w:val="22"/>
          <w:highlight w:val="yellow"/>
        </w:rPr>
        <w:t>[deuxième réalisation quantifiée]</w:t>
      </w:r>
      <w:r>
        <w:rPr>
          <w:rFonts w:ascii="Arial" w:hAnsi="Arial" w:eastAsia="Arial"/>
          <w:b w:val="0"/>
          <w:sz w:val="22"/>
        </w:rPr>
        <w:t xml:space="preserve"> en utilisant </w:t>
      </w:r>
      <w:r>
        <w:rPr>
          <w:rFonts w:ascii="Arial" w:hAnsi="Arial" w:eastAsia="Arial"/>
          <w:b w:val="0"/>
          <w:sz w:val="22"/>
          <w:highlight w:val="yellow"/>
        </w:rPr>
        <w:t>[méthode ou logiciel]</w:t>
      </w:r>
      <w:r>
        <w:rPr>
          <w:rFonts w:ascii="Arial" w:hAnsi="Arial" w:eastAsia="Arial"/>
          <w:b w:val="0"/>
          <w:sz w:val="22"/>
        </w:rPr>
        <w:t xml:space="preserve">; cette initiative a </w:t>
      </w:r>
      <w:r>
        <w:rPr>
          <w:rFonts w:ascii="Arial" w:hAnsi="Arial" w:eastAsia="Arial"/>
          <w:b w:val="0"/>
          <w:sz w:val="22"/>
          <w:highlight w:val="yellow"/>
        </w:rPr>
        <w:t>[effet chiffré]</w:t>
      </w:r>
      <w:r>
        <w:rPr>
          <w:rFonts w:ascii="Arial" w:hAnsi="Arial" w:eastAsia="Arial"/>
          <w:b w:val="0"/>
          <w:sz w:val="22"/>
        </w:rPr>
        <w:t xml:space="preserve">. Enfin, j’ai </w:t>
      </w:r>
      <w:r>
        <w:rPr>
          <w:rFonts w:ascii="Arial" w:hAnsi="Arial" w:eastAsia="Arial"/>
          <w:b w:val="0"/>
          <w:sz w:val="22"/>
          <w:highlight w:val="yellow"/>
        </w:rPr>
        <w:t>[troisième réalisation quantifiée ou pertinente]</w:t>
      </w:r>
      <w:r>
        <w:rPr>
          <w:rFonts w:ascii="Arial" w:hAnsi="Arial" w:eastAsia="Arial"/>
          <w:b w:val="0"/>
          <w:sz w:val="22"/>
        </w:rPr>
        <w:t xml:space="preserve">, contribuant à </w:t>
      </w:r>
      <w:r>
        <w:rPr>
          <w:rFonts w:ascii="Arial" w:hAnsi="Arial" w:eastAsia="Arial"/>
          <w:b w:val="0"/>
          <w:sz w:val="22"/>
          <w:highlight w:val="yellow"/>
        </w:rPr>
        <w:t>[impact pour l’équipe ou la clientèle]</w:t>
      </w:r>
      <w:r>
        <w:rPr>
          <w:rFonts w:ascii="Arial" w:hAnsi="Arial" w:eastAsia="Arial"/>
          <w:b w:val="0"/>
          <w:sz w:val="22"/>
        </w:rPr>
        <w:t xml:space="preserve">. Ces exemples illustrent ma capacité à </w:t>
      </w:r>
      <w:r>
        <w:rPr>
          <w:rFonts w:ascii="Arial" w:hAnsi="Arial" w:eastAsia="Arial"/>
          <w:b w:val="0"/>
          <w:sz w:val="22"/>
          <w:highlight w:val="yellow"/>
        </w:rPr>
        <w:t>[compétence clé demandée]</w:t>
      </w:r>
      <w:r>
        <w:rPr>
          <w:rFonts w:ascii="Arial" w:hAnsi="Arial" w:eastAsia="Arial"/>
          <w:b w:val="0"/>
          <w:sz w:val="22"/>
        </w:rPr>
        <w:t xml:space="preserve"> et à produire un travail fiable.</w:t>
      </w:r>
    </w:p>
    <w:p>
      <w:pPr>
        <w:spacing w:after="100" w:line="240" w:lineRule="auto"/>
      </w:pPr>
      <w:r>
        <w:rPr>
          <w:rFonts w:ascii="Arial" w:hAnsi="Arial" w:eastAsia="Arial"/>
          <w:b w:val="0"/>
          <w:sz w:val="22"/>
        </w:rPr>
        <w:t xml:space="preserve">Je souhaite rejoindre </w:t>
      </w:r>
      <w:r>
        <w:rPr>
          <w:rFonts w:ascii="Arial" w:hAnsi="Arial" w:eastAsia="Arial"/>
          <w:b w:val="0"/>
          <w:sz w:val="22"/>
          <w:highlight w:val="yellow"/>
        </w:rPr>
        <w:t>[entreprise]</w:t>
      </w:r>
      <w:r>
        <w:rPr>
          <w:rFonts w:ascii="Arial" w:hAnsi="Arial" w:eastAsia="Arial"/>
          <w:b w:val="0"/>
          <w:sz w:val="22"/>
        </w:rPr>
        <w:t xml:space="preserve"> en raison de </w:t>
      </w:r>
      <w:r>
        <w:rPr>
          <w:rFonts w:ascii="Arial" w:hAnsi="Arial" w:eastAsia="Arial"/>
          <w:b w:val="0"/>
          <w:sz w:val="22"/>
          <w:highlight w:val="yellow"/>
        </w:rPr>
        <w:t>[élément précis et vérifiable : service, clientèle, mission ou pratique]</w:t>
      </w:r>
      <w:r>
        <w:rPr>
          <w:rFonts w:ascii="Arial" w:hAnsi="Arial" w:eastAsia="Arial"/>
          <w:b w:val="0"/>
          <w:sz w:val="22"/>
        </w:rPr>
        <w:t xml:space="preserve">, qui rejoint mon intérêt pour </w:t>
      </w:r>
      <w:r>
        <w:rPr>
          <w:rFonts w:ascii="Arial" w:hAnsi="Arial" w:eastAsia="Arial"/>
          <w:b w:val="0"/>
          <w:sz w:val="22"/>
          <w:highlight w:val="yellow"/>
        </w:rPr>
        <w:t>[motivation professionnelle]</w:t>
      </w:r>
      <w:r>
        <w:rPr>
          <w:rFonts w:ascii="Arial" w:hAnsi="Arial" w:eastAsia="Arial"/>
          <w:b w:val="0"/>
          <w:sz w:val="22"/>
        </w:rPr>
        <w:t xml:space="preserve">. Je réside actuellement à </w:t>
      </w:r>
      <w:r>
        <w:rPr>
          <w:rFonts w:ascii="Arial" w:hAnsi="Arial" w:eastAsia="Arial"/>
          <w:b w:val="0"/>
          <w:sz w:val="22"/>
          <w:highlight w:val="yellow"/>
        </w:rPr>
        <w:t>[lieu]</w:t>
      </w:r>
      <w:r>
        <w:rPr>
          <w:rFonts w:ascii="Arial" w:hAnsi="Arial" w:eastAsia="Arial"/>
          <w:b w:val="0"/>
          <w:sz w:val="22"/>
        </w:rPr>
        <w:t xml:space="preserve"> et ma situation d’immigration est la suivante : </w:t>
      </w:r>
      <w:r>
        <w:rPr>
          <w:rFonts w:ascii="Arial" w:hAnsi="Arial" w:eastAsia="Arial"/>
          <w:b w:val="0"/>
          <w:sz w:val="22"/>
          <w:highlight w:val="yellow"/>
        </w:rPr>
        <w:t>[décrire honnêtement le statut ou la démarche, sans divulguer plus que nécessaire]</w:t>
      </w:r>
      <w:r>
        <w:rPr>
          <w:rFonts w:ascii="Arial" w:hAnsi="Arial" w:eastAsia="Arial"/>
          <w:b w:val="0"/>
          <w:sz w:val="22"/>
        </w:rPr>
        <w:t xml:space="preserve">. </w:t>
      </w:r>
      <w:r>
        <w:rPr>
          <w:rFonts w:ascii="Arial" w:hAnsi="Arial" w:eastAsia="Arial"/>
          <w:b w:val="0"/>
          <w:sz w:val="22"/>
          <w:highlight w:val="yellow"/>
        </w:rPr>
        <w:t>[Préciser la disponibilité et les conditions de droit au travail applicables; ne pas affirmer détenir une autorisation non obtenue ni promettre une date d’arrivée.]</w:t>
      </w:r>
      <w:r>
        <w:rPr>
          <w:rFonts w:ascii="Arial" w:hAnsi="Arial" w:eastAsia="Arial"/>
          <w:b w:val="0"/>
          <w:sz w:val="22"/>
        </w:rPr>
        <w:t xml:space="preserve"> Je reste disponible pour discuter des exigences du poste et des prochaines étapes.</w:t>
      </w:r>
    </w:p>
    <w:p>
      <w:pPr>
        <w:spacing w:after="100" w:line="240" w:lineRule="auto"/>
      </w:pPr>
      <w:r>
        <w:rPr>
          <w:rFonts w:ascii="Arial" w:hAnsi="Arial" w:eastAsia="Arial"/>
          <w:b w:val="0"/>
          <w:sz w:val="22"/>
        </w:rPr>
        <w:t xml:space="preserve">Je serais heureux(se) d’échanger avec vous en entretien afin de préciser la contribution que je pourrais apporter à </w:t>
      </w:r>
      <w:r>
        <w:rPr>
          <w:rFonts w:ascii="Arial" w:hAnsi="Arial" w:eastAsia="Arial"/>
          <w:b w:val="0"/>
          <w:sz w:val="22"/>
          <w:highlight w:val="yellow"/>
        </w:rPr>
        <w:t>[équipe/entreprise]</w:t>
      </w:r>
      <w:r>
        <w:rPr>
          <w:rFonts w:ascii="Arial" w:hAnsi="Arial" w:eastAsia="Arial"/>
          <w:b w:val="0"/>
          <w:sz w:val="22"/>
        </w:rPr>
        <w:t xml:space="preserve">. Merci de l’attention portée à ma candidature. Vous pouvez me joindre au </w:t>
      </w:r>
      <w:r>
        <w:rPr>
          <w:rFonts w:ascii="Arial" w:hAnsi="Arial" w:eastAsia="Arial"/>
          <w:b w:val="0"/>
          <w:sz w:val="22"/>
          <w:highlight w:val="yellow"/>
        </w:rPr>
        <w:t>[téléphone]</w:t>
      </w:r>
      <w:r>
        <w:rPr>
          <w:rFonts w:ascii="Arial" w:hAnsi="Arial" w:eastAsia="Arial"/>
          <w:b w:val="0"/>
          <w:sz w:val="22"/>
        </w:rPr>
        <w:t xml:space="preserve"> ou à </w:t>
      </w:r>
      <w:r>
        <w:rPr>
          <w:rFonts w:ascii="Arial" w:hAnsi="Arial" w:eastAsia="Arial"/>
          <w:b w:val="0"/>
          <w:sz w:val="22"/>
          <w:highlight w:val="yellow"/>
        </w:rPr>
        <w:t>[courriel]</w:t>
      </w:r>
      <w:r>
        <w:rPr>
          <w:rFonts w:ascii="Arial" w:hAnsi="Arial" w:eastAsia="Arial"/>
          <w:b w:val="0"/>
          <w:sz w:val="22"/>
        </w:rPr>
        <w:t>.</w:t>
      </w:r>
    </w:p>
    <w:p>
      <w:pPr>
        <w:spacing w:before="40" w:after="40"/>
      </w:pPr>
      <w:r>
        <w:rPr>
          <w:rFonts w:ascii="Arial" w:hAnsi="Arial" w:eastAsia="Arial"/>
          <w:b w:val="0"/>
          <w:sz w:val="22"/>
        </w:rPr>
        <w:t xml:space="preserve">Veuillez agréer, Madame, Monsieur </w:t>
      </w:r>
      <w:r>
        <w:rPr>
          <w:rFonts w:ascii="Arial" w:hAnsi="Arial" w:eastAsia="Arial"/>
          <w:b w:val="0"/>
          <w:sz w:val="22"/>
          <w:highlight w:val="yellow"/>
        </w:rPr>
        <w:t>[Nom]</w:t>
      </w:r>
      <w:r>
        <w:rPr>
          <w:rFonts w:ascii="Arial" w:hAnsi="Arial" w:eastAsia="Arial"/>
          <w:b w:val="0"/>
          <w:sz w:val="22"/>
        </w:rPr>
        <w:t>, mes salutations distinguées.</w:t>
      </w:r>
    </w:p>
    <w:p>
      <w:r>
        <w:rPr>
          <w:rFonts w:ascii="Arial" w:hAnsi="Arial" w:eastAsia="Arial"/>
          <w:b/>
          <w:sz w:val="22"/>
          <w:highlight w:val="yellow"/>
        </w:rPr>
        <w:t>[PRÉNOM NOM]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 w:eastAsia="Arial"/>
      <w:color w:val="232B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158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415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